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דובים וקיפודים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תרמומטר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הימים קצרים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לובשים בגדים חמים כמו מעילים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בעלי חיים שישנים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תרמומטר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(מודד קור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(כדורי קרח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(שינה ארוכה של בעלי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חם, לקפוץ בשלוליות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להצטנן ולשמור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חושי: צבעים, קולות גשם, תחושת קור או חום בבית, תיאור שלוליות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ברד, עננים - כל תשובה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 ולא להצטנן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מודד קור וחום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החורף ומה התלמידים זוכרים 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חלק ההתאמה לציור קצר של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לחידון המקוון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החורף הוא אחת מארבע העונות בשנה. בדף הזה נתרגל מילים ועובדות על החורף - הגשם, הקור, הבגדים והבעלי חיים.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עונה מגיעה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יורד מהשמיים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בגד מתאים ללבוש בחורף הקר?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למים שנשארים על הרצפה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בעלי חיים ישנים שינה ארוכה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דובים וקיפודים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מודדים את מידת הקור או החום?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תרמומטר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הימים ארוכים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גשם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ברד הוא כדורי קרח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בגדי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ערים וערניים כל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נוצרות __________ על הקרקע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בחורף לובשים __________ חם כדי לא להצטנן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מודד כמה קר או חם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כדורי קרח קטנים שיורדים מהשמיים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כדורי קרח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תרמומטר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על הקרקע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חם לחורף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מודד קור וחום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ללבוש בגדים חמים בחורף?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חורף גשום - מה אתם רואים, שומעים ומרגישים?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תופעות טבע שרואים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ללבוש מעיל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תרמומטר?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