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מאפיינים של 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והבעה בנושא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בחורף הימים קצרים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החורף הוא עונת הגשמים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הנכונה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שלוליות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(בגד חם לחורף)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(מים על הקרקע אחרי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(מודד קור וחום)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(כדורי קרח מהשמיים)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לשתות שוקו חם, לקפוץ בשלוליות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לתיאור חושי: צבעים, קולות גשם, תחושת קור או חום בבית, תיאור שלוליות או ענן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גשם, ברד, עננים - כל תשובה סבירה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חום הגוף ולא להצטנן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מודד קור וחום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החורף ומה התלמידים זוכרים מהעונה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חלק ההתאמה לציור קצר של כל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בדף כהכנה לחידון המקוון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החורף הוא אחת מארבע העונות בשנה. בדף הזה נתרגל מילים ועובדות על החורף - הגשם, הקור, הבגדים והבעלי חיים.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גשם  ·  שלוליות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עונות יש בשנה?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עונה מגיעה אחרי הסתיו?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יורד מהשמיים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הימים ארוכים יותר מאשר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יורד גשם יותר מאשר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ברד הוא כדורי קרח שיורדים מהשמיים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בחורף יורד __________ מהעננים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הגשם נוצרות __________ על הקרקע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כדורי קרח מהשמיים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מודד קור וחום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תרמומטר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מים על הקרקע אחרי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בגד חם לחורף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דברים שאתם אוהבים בעונת החורף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יום חורף גשום - מה אתם רואים, שומעים ומרגישים?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שתי תופעות טבע שרואים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חשוב ללבוש מעיל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